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3515"/>
        <w:gridCol w:w="5556"/>
      </w:tblGrid>
      <w:tr>
        <w:tc>
          <w:tcPr>
            <w:tcW w:type="dxa" w:w="4535"/>
          </w:tcPr>
          <w:p>
            <w:pPr>
              <w:jc w:val="center"/>
            </w:pPr>
            <w:r/>
            <w:r>
              <w:rPr>
                <w:sz w:val="24"/>
              </w:rPr>
              <w:t>SỞ GD&amp;ĐT THÀNH PHỐ GIẢ</w:t>
            </w:r>
          </w:p>
          <w:p>
            <w:pPr>
              <w:jc w:val="center"/>
            </w:pPr>
            <w:r>
              <w:rPr>
                <w:b/>
                <w:sz w:val="24"/>
              </w:rPr>
              <w:t>TRƯỜNG THPT GIẢ ĐỊNH</w:t>
            </w:r>
          </w:p>
          <w:p>
            <w:pPr>
              <w:jc w:val="center"/>
            </w:pPr>
            <w:r>
              <w:rPr>
                <w:sz w:val="22"/>
              </w:rPr>
              <w:t>_______________</w:t>
            </w:r>
          </w:p>
        </w:tc>
        <w:tc>
          <w:tcPr>
            <w:tcW w:type="dxa" w:w="4535"/>
          </w:tcPr>
          <w:p>
            <w:pPr>
              <w:jc w:val="center"/>
            </w:pPr>
            <w:r>
              <w:rPr>
                <w:b/>
                <w:sz w:val="24"/>
              </w:rPr>
              <w:t>CỘNG HÒA XÃ HỘI CHỦ NGHĨA VIỆT NAM</w:t>
            </w:r>
          </w:p>
          <w:p>
            <w:pPr>
              <w:jc w:val="center"/>
            </w:pPr>
            <w:r>
              <w:rPr>
                <w:b/>
                <w:sz w:val="26"/>
              </w:rPr>
              <w:t>Độc lập - Tự do - Hạnh phúc</w:t>
            </w:r>
          </w:p>
          <w:p>
            <w:pPr>
              <w:jc w:val="center"/>
            </w:pPr>
            <w:r>
              <w:rPr>
                <w:sz w:val="22"/>
              </w:rPr>
              <w:t>______________________________</w:t>
            </w:r>
          </w:p>
        </w:tc>
      </w:tr>
      <w:tr>
        <w:tc>
          <w:tcPr>
            <w:tcW w:type="dxa" w:w="4535"/>
          </w:tcPr>
          <w:p>
            <w:pPr>
              <w:jc w:val="center"/>
            </w:pPr>
          </w:p>
        </w:tc>
        <w:tc>
          <w:tcPr>
            <w:tcW w:type="dxa" w:w="4535"/>
          </w:tcPr>
          <w:p>
            <w:pPr>
              <w:jc w:val="center"/>
            </w:pPr>
            <w:r>
              <w:rPr>
                <w:i/>
                <w:sz w:val="25"/>
              </w:rPr>
              <w:t>TP. Giả, ngày 25 tháng 7 năm 2026</w:t>
            </w:r>
          </w:p>
        </w:tc>
      </w:tr>
    </w:tbl>
    <w:p/>
    <w:p>
      <w:pPr>
        <w:spacing w:after="80"/>
        <w:jc w:val="center"/>
      </w:pPr>
      <w:r>
        <w:rPr>
          <w:rFonts w:ascii="Times New Roman" w:hAnsi="Times New Roman"/>
          <w:b/>
          <w:i w:val="0"/>
          <w:sz w:val="28"/>
        </w:rPr>
        <w:t>HƯỚNG DẪN</w:t>
      </w:r>
    </w:p>
    <w:p>
      <w:pPr>
        <w:spacing w:after="80"/>
        <w:jc w:val="center"/>
      </w:pPr>
      <w:r>
        <w:rPr>
          <w:rFonts w:ascii="Times New Roman" w:hAnsi="Times New Roman"/>
          <w:b/>
          <w:i w:val="0"/>
          <w:sz w:val="26"/>
        </w:rPr>
        <w:t>Hồ sơ và thủ tục nhập học lớp 10 năm học 2026-2027</w:t>
      </w:r>
    </w:p>
    <w:p/>
    <w:p>
      <w:pPr>
        <w:spacing w:after="80"/>
        <w:ind w:firstLine="680"/>
        <w:jc w:val="both"/>
      </w:pPr>
      <w:r>
        <w:rPr>
          <w:rFonts w:ascii="Times New Roman" w:hAnsi="Times New Roman"/>
          <w:b w:val="0"/>
          <w:i/>
          <w:sz w:val="26"/>
        </w:rPr>
        <w:t>Kính gửi: Cha mẹ học sinh và học sinh trúng tuyển vào lớp 10 Trường Trung học phổ thông Giả Định năm học 2026-2027.</w:t>
      </w:r>
    </w:p>
    <w:p>
      <w:pPr>
        <w:spacing w:after="80"/>
        <w:ind w:firstLine="680"/>
        <w:jc w:val="both"/>
      </w:pPr>
      <w:r>
        <w:rPr>
          <w:rFonts w:ascii="Times New Roman" w:hAnsi="Times New Roman"/>
          <w:b w:val="0"/>
          <w:i w:val="0"/>
          <w:sz w:val="26"/>
        </w:rPr>
        <w:t>Để việc tiếp nhận học sinh lớp 10 năm học 2026-2027 được thuận lợi, nhanh gọn, Trường Trung học phổ thông Giả Định hướng dẫn cha mẹ học sinh và học sinh chuẩn bị hồ sơ, thực hiện thủ tục nhập học như sau:</w:t>
      </w:r>
    </w:p>
    <w:p>
      <w:pPr>
        <w:spacing w:after="80"/>
      </w:pPr>
      <w:r>
        <w:rPr>
          <w:rFonts w:ascii="Times New Roman" w:hAnsi="Times New Roman"/>
          <w:b/>
          <w:i w:val="0"/>
          <w:sz w:val="26"/>
        </w:rPr>
        <w:t>I. HỒ SƠ NHẬP HỌC</w:t>
      </w:r>
    </w:p>
    <w:p>
      <w:pPr>
        <w:spacing w:after="80"/>
        <w:ind w:firstLine="680"/>
        <w:jc w:val="both"/>
      </w:pPr>
      <w:r>
        <w:rPr>
          <w:rFonts w:ascii="Times New Roman" w:hAnsi="Times New Roman"/>
          <w:b w:val="0"/>
          <w:i w:val="0"/>
          <w:sz w:val="26"/>
        </w:rPr>
        <w:t>Hồ sơ nhập học gồm các giấy tờ sau:</w:t>
      </w:r>
    </w:p>
    <w:tbl>
      <w:tblPr>
        <w:tblStyle w:val="TableGrid"/>
        <w:tblW w:type="auto" w:w="0"/>
        <w:tblLook w:firstColumn="1" w:firstRow="1" w:lastColumn="0" w:lastRow="0" w:noHBand="0" w:noVBand="1" w:val="04A0"/>
      </w:tblPr>
      <w:tblGrid>
        <w:gridCol w:w="2268"/>
        <w:gridCol w:w="2268"/>
        <w:gridCol w:w="2268"/>
        <w:gridCol w:w="2268"/>
      </w:tblGrid>
      <w:tr>
        <w:tc>
          <w:tcPr>
            <w:tcW w:type="dxa" w:w="567"/>
          </w:tcPr>
          <w:p>
            <w:pPr>
              <w:spacing w:after="0"/>
              <w:jc w:val="center"/>
            </w:pPr>
            <w:r/>
            <w:r>
              <w:rPr>
                <w:rFonts w:ascii="Times New Roman" w:hAnsi="Times New Roman"/>
                <w:b/>
                <w:sz w:val="22"/>
              </w:rPr>
              <w:t>STT</w:t>
            </w:r>
          </w:p>
        </w:tc>
        <w:tc>
          <w:tcPr>
            <w:tcW w:type="dxa" w:w="3402"/>
          </w:tcPr>
          <w:p>
            <w:pPr>
              <w:spacing w:after="0"/>
              <w:jc w:val="center"/>
            </w:pPr>
            <w:r/>
            <w:r>
              <w:rPr>
                <w:rFonts w:ascii="Times New Roman" w:hAnsi="Times New Roman"/>
                <w:b/>
                <w:sz w:val="22"/>
              </w:rPr>
              <w:t>Thành phần hồ sơ</w:t>
            </w:r>
          </w:p>
        </w:tc>
        <w:tc>
          <w:tcPr>
            <w:tcW w:type="dxa" w:w="907"/>
          </w:tcPr>
          <w:p>
            <w:pPr>
              <w:spacing w:after="0"/>
              <w:jc w:val="center"/>
            </w:pPr>
            <w:r/>
            <w:r>
              <w:rPr>
                <w:rFonts w:ascii="Times New Roman" w:hAnsi="Times New Roman"/>
                <w:b/>
                <w:sz w:val="22"/>
              </w:rPr>
              <w:t>Số lượng</w:t>
            </w:r>
          </w:p>
        </w:tc>
        <w:tc>
          <w:tcPr>
            <w:tcW w:type="dxa" w:w="4195"/>
          </w:tcPr>
          <w:p>
            <w:pPr>
              <w:spacing w:after="0"/>
              <w:jc w:val="center"/>
            </w:pPr>
            <w:r/>
            <w:r>
              <w:rPr>
                <w:rFonts w:ascii="Times New Roman" w:hAnsi="Times New Roman"/>
                <w:b/>
                <w:sz w:val="22"/>
              </w:rPr>
              <w:t>Yêu cầu</w:t>
            </w:r>
          </w:p>
        </w:tc>
      </w:tr>
      <w:tr>
        <w:tc>
          <w:tcPr>
            <w:tcW w:type="dxa" w:w="567"/>
          </w:tcPr>
          <w:p>
            <w:pPr>
              <w:spacing w:after="0"/>
            </w:pPr>
            <w:r/>
            <w:r>
              <w:rPr>
                <w:rFonts w:ascii="Times New Roman" w:hAnsi="Times New Roman"/>
                <w:sz w:val="22"/>
              </w:rPr>
              <w:t>1</w:t>
            </w:r>
          </w:p>
        </w:tc>
        <w:tc>
          <w:tcPr>
            <w:tcW w:type="dxa" w:w="3402"/>
          </w:tcPr>
          <w:p>
            <w:pPr>
              <w:spacing w:after="0"/>
            </w:pPr>
            <w:r/>
            <w:r>
              <w:rPr>
                <w:rFonts w:ascii="Times New Roman" w:hAnsi="Times New Roman"/>
                <w:sz w:val="22"/>
              </w:rPr>
              <w:t>Giấy báo trúng tuyển (bản chính)</w:t>
            </w:r>
          </w:p>
        </w:tc>
        <w:tc>
          <w:tcPr>
            <w:tcW w:type="dxa" w:w="907"/>
          </w:tcPr>
          <w:p>
            <w:pPr>
              <w:spacing w:after="0"/>
            </w:pPr>
            <w:r/>
            <w:r>
              <w:rPr>
                <w:rFonts w:ascii="Times New Roman" w:hAnsi="Times New Roman"/>
                <w:sz w:val="22"/>
              </w:rPr>
              <w:t>01</w:t>
            </w:r>
          </w:p>
        </w:tc>
        <w:tc>
          <w:tcPr>
            <w:tcW w:type="dxa" w:w="4195"/>
          </w:tcPr>
          <w:p>
            <w:pPr>
              <w:spacing w:after="0"/>
            </w:pPr>
            <w:r/>
            <w:r>
              <w:rPr>
                <w:rFonts w:ascii="Times New Roman" w:hAnsi="Times New Roman"/>
                <w:sz w:val="22"/>
              </w:rPr>
              <w:t>Do nhà trường cấp sau khi có kết quả tuyển sinh</w:t>
            </w:r>
          </w:p>
        </w:tc>
      </w:tr>
      <w:tr>
        <w:tc>
          <w:tcPr>
            <w:tcW w:type="dxa" w:w="567"/>
          </w:tcPr>
          <w:p>
            <w:pPr>
              <w:spacing w:after="0"/>
            </w:pPr>
            <w:r/>
            <w:r>
              <w:rPr>
                <w:rFonts w:ascii="Times New Roman" w:hAnsi="Times New Roman"/>
                <w:sz w:val="22"/>
              </w:rPr>
              <w:t>2</w:t>
            </w:r>
          </w:p>
        </w:tc>
        <w:tc>
          <w:tcPr>
            <w:tcW w:type="dxa" w:w="3402"/>
          </w:tcPr>
          <w:p>
            <w:pPr>
              <w:spacing w:after="0"/>
            </w:pPr>
            <w:r/>
            <w:r>
              <w:rPr>
                <w:rFonts w:ascii="Times New Roman" w:hAnsi="Times New Roman"/>
                <w:sz w:val="22"/>
              </w:rPr>
              <w:t>Học bạ trung học cơ sở (bản chính)</w:t>
            </w:r>
          </w:p>
        </w:tc>
        <w:tc>
          <w:tcPr>
            <w:tcW w:type="dxa" w:w="907"/>
          </w:tcPr>
          <w:p>
            <w:pPr>
              <w:spacing w:after="0"/>
            </w:pPr>
            <w:r/>
            <w:r>
              <w:rPr>
                <w:rFonts w:ascii="Times New Roman" w:hAnsi="Times New Roman"/>
                <w:sz w:val="22"/>
              </w:rPr>
              <w:t>01</w:t>
            </w:r>
          </w:p>
        </w:tc>
        <w:tc>
          <w:tcPr>
            <w:tcW w:type="dxa" w:w="4195"/>
          </w:tcPr>
          <w:p>
            <w:pPr>
              <w:spacing w:after="0"/>
            </w:pPr>
            <w:r/>
            <w:r>
              <w:rPr>
                <w:rFonts w:ascii="Times New Roman" w:hAnsi="Times New Roman"/>
                <w:sz w:val="22"/>
              </w:rPr>
              <w:t>Có đầy đủ điểm, xếp loại và chữ ký, dấu của trường THCS</w:t>
            </w:r>
          </w:p>
        </w:tc>
      </w:tr>
      <w:tr>
        <w:tc>
          <w:tcPr>
            <w:tcW w:type="dxa" w:w="567"/>
          </w:tcPr>
          <w:p>
            <w:pPr>
              <w:spacing w:after="0"/>
            </w:pPr>
            <w:r/>
            <w:r>
              <w:rPr>
                <w:rFonts w:ascii="Times New Roman" w:hAnsi="Times New Roman"/>
                <w:sz w:val="22"/>
              </w:rPr>
              <w:t>3</w:t>
            </w:r>
          </w:p>
        </w:tc>
        <w:tc>
          <w:tcPr>
            <w:tcW w:type="dxa" w:w="3402"/>
          </w:tcPr>
          <w:p>
            <w:pPr>
              <w:spacing w:after="0"/>
            </w:pPr>
            <w:r/>
            <w:r>
              <w:rPr>
                <w:rFonts w:ascii="Times New Roman" w:hAnsi="Times New Roman"/>
                <w:sz w:val="22"/>
              </w:rPr>
              <w:t>Bằng tốt nghiệp trung học cơ sở hoặc giấy chứng nhận tốt nghiệp tạm thời</w:t>
            </w:r>
          </w:p>
        </w:tc>
        <w:tc>
          <w:tcPr>
            <w:tcW w:type="dxa" w:w="907"/>
          </w:tcPr>
          <w:p>
            <w:pPr>
              <w:spacing w:after="0"/>
            </w:pPr>
            <w:r/>
            <w:r>
              <w:rPr>
                <w:rFonts w:ascii="Times New Roman" w:hAnsi="Times New Roman"/>
                <w:sz w:val="22"/>
              </w:rPr>
              <w:t>01</w:t>
            </w:r>
          </w:p>
        </w:tc>
        <w:tc>
          <w:tcPr>
            <w:tcW w:type="dxa" w:w="4195"/>
          </w:tcPr>
          <w:p>
            <w:pPr>
              <w:spacing w:after="0"/>
            </w:pPr>
            <w:r/>
            <w:r>
              <w:rPr>
                <w:rFonts w:ascii="Times New Roman" w:hAnsi="Times New Roman"/>
                <w:sz w:val="22"/>
              </w:rPr>
              <w:t>Nộp bản chính giấy chứng nhận tạm thời; bổ sung bản sao bằng khi được cấp</w:t>
            </w:r>
          </w:p>
        </w:tc>
      </w:tr>
      <w:tr>
        <w:tc>
          <w:tcPr>
            <w:tcW w:type="dxa" w:w="567"/>
          </w:tcPr>
          <w:p>
            <w:pPr>
              <w:spacing w:after="0"/>
            </w:pPr>
            <w:r/>
            <w:r>
              <w:rPr>
                <w:rFonts w:ascii="Times New Roman" w:hAnsi="Times New Roman"/>
                <w:sz w:val="22"/>
              </w:rPr>
              <w:t>4</w:t>
            </w:r>
          </w:p>
        </w:tc>
        <w:tc>
          <w:tcPr>
            <w:tcW w:type="dxa" w:w="3402"/>
          </w:tcPr>
          <w:p>
            <w:pPr>
              <w:spacing w:after="0"/>
            </w:pPr>
            <w:r/>
            <w:r>
              <w:rPr>
                <w:rFonts w:ascii="Times New Roman" w:hAnsi="Times New Roman"/>
                <w:sz w:val="22"/>
              </w:rPr>
              <w:t>Bản sao giấy khai sinh</w:t>
            </w:r>
          </w:p>
        </w:tc>
        <w:tc>
          <w:tcPr>
            <w:tcW w:type="dxa" w:w="907"/>
          </w:tcPr>
          <w:p>
            <w:pPr>
              <w:spacing w:after="0"/>
            </w:pPr>
            <w:r/>
            <w:r>
              <w:rPr>
                <w:rFonts w:ascii="Times New Roman" w:hAnsi="Times New Roman"/>
                <w:sz w:val="22"/>
              </w:rPr>
              <w:t>02</w:t>
            </w:r>
          </w:p>
        </w:tc>
        <w:tc>
          <w:tcPr>
            <w:tcW w:type="dxa" w:w="4195"/>
          </w:tcPr>
          <w:p>
            <w:pPr>
              <w:spacing w:after="0"/>
            </w:pPr>
            <w:r/>
            <w:r>
              <w:rPr>
                <w:rFonts w:ascii="Times New Roman" w:hAnsi="Times New Roman"/>
                <w:sz w:val="22"/>
              </w:rPr>
              <w:t>Bản sao có chứng thực</w:t>
            </w:r>
          </w:p>
        </w:tc>
      </w:tr>
      <w:tr>
        <w:tc>
          <w:tcPr>
            <w:tcW w:type="dxa" w:w="567"/>
          </w:tcPr>
          <w:p>
            <w:pPr>
              <w:spacing w:after="0"/>
            </w:pPr>
            <w:r/>
            <w:r>
              <w:rPr>
                <w:rFonts w:ascii="Times New Roman" w:hAnsi="Times New Roman"/>
                <w:sz w:val="22"/>
              </w:rPr>
              <w:t>5</w:t>
            </w:r>
          </w:p>
        </w:tc>
        <w:tc>
          <w:tcPr>
            <w:tcW w:type="dxa" w:w="3402"/>
          </w:tcPr>
          <w:p>
            <w:pPr>
              <w:spacing w:after="0"/>
            </w:pPr>
            <w:r/>
            <w:r>
              <w:rPr>
                <w:rFonts w:ascii="Times New Roman" w:hAnsi="Times New Roman"/>
                <w:sz w:val="22"/>
              </w:rPr>
              <w:t>Ảnh 3x4</w:t>
            </w:r>
          </w:p>
        </w:tc>
        <w:tc>
          <w:tcPr>
            <w:tcW w:type="dxa" w:w="907"/>
          </w:tcPr>
          <w:p>
            <w:pPr>
              <w:spacing w:after="0"/>
            </w:pPr>
            <w:r/>
            <w:r>
              <w:rPr>
                <w:rFonts w:ascii="Times New Roman" w:hAnsi="Times New Roman"/>
                <w:sz w:val="22"/>
              </w:rPr>
              <w:t>04</w:t>
            </w:r>
          </w:p>
        </w:tc>
        <w:tc>
          <w:tcPr>
            <w:tcW w:type="dxa" w:w="4195"/>
          </w:tcPr>
          <w:p>
            <w:pPr>
              <w:spacing w:after="0"/>
            </w:pPr>
            <w:r/>
            <w:r>
              <w:rPr>
                <w:rFonts w:ascii="Times New Roman" w:hAnsi="Times New Roman"/>
                <w:sz w:val="22"/>
              </w:rPr>
              <w:t>Ảnh chụp không quá 06 tháng, ghi rõ họ tên, ngày sinh phía sau</w:t>
            </w:r>
          </w:p>
        </w:tc>
      </w:tr>
      <w:tr>
        <w:tc>
          <w:tcPr>
            <w:tcW w:type="dxa" w:w="567"/>
          </w:tcPr>
          <w:p>
            <w:pPr>
              <w:spacing w:after="0"/>
            </w:pPr>
            <w:r/>
            <w:r>
              <w:rPr>
                <w:rFonts w:ascii="Times New Roman" w:hAnsi="Times New Roman"/>
                <w:sz w:val="22"/>
              </w:rPr>
              <w:t>6</w:t>
            </w:r>
          </w:p>
        </w:tc>
        <w:tc>
          <w:tcPr>
            <w:tcW w:type="dxa" w:w="3402"/>
          </w:tcPr>
          <w:p>
            <w:pPr>
              <w:spacing w:after="0"/>
            </w:pPr>
            <w:r/>
            <w:r>
              <w:rPr>
                <w:rFonts w:ascii="Times New Roman" w:hAnsi="Times New Roman"/>
                <w:sz w:val="22"/>
              </w:rPr>
              <w:t>Giấy chuyển sinh hoạt Đoàn (nếu có)</w:t>
            </w:r>
          </w:p>
        </w:tc>
        <w:tc>
          <w:tcPr>
            <w:tcW w:type="dxa" w:w="907"/>
          </w:tcPr>
          <w:p>
            <w:pPr>
              <w:spacing w:after="0"/>
            </w:pPr>
            <w:r/>
            <w:r>
              <w:rPr>
                <w:rFonts w:ascii="Times New Roman" w:hAnsi="Times New Roman"/>
                <w:sz w:val="22"/>
              </w:rPr>
              <w:t>01</w:t>
            </w:r>
          </w:p>
        </w:tc>
        <w:tc>
          <w:tcPr>
            <w:tcW w:type="dxa" w:w="4195"/>
          </w:tcPr>
          <w:p>
            <w:pPr>
              <w:spacing w:after="0"/>
            </w:pPr>
            <w:r/>
            <w:r>
              <w:rPr>
                <w:rFonts w:ascii="Times New Roman" w:hAnsi="Times New Roman"/>
                <w:sz w:val="22"/>
              </w:rPr>
              <w:t>Đối với học sinh đã là đoàn viên</w:t>
            </w:r>
          </w:p>
        </w:tc>
      </w:tr>
      <w:tr>
        <w:tc>
          <w:tcPr>
            <w:tcW w:type="dxa" w:w="567"/>
          </w:tcPr>
          <w:p>
            <w:pPr>
              <w:spacing w:after="0"/>
            </w:pPr>
            <w:r/>
            <w:r>
              <w:rPr>
                <w:rFonts w:ascii="Times New Roman" w:hAnsi="Times New Roman"/>
                <w:sz w:val="22"/>
              </w:rPr>
              <w:t>7</w:t>
            </w:r>
          </w:p>
        </w:tc>
        <w:tc>
          <w:tcPr>
            <w:tcW w:type="dxa" w:w="3402"/>
          </w:tcPr>
          <w:p>
            <w:pPr>
              <w:spacing w:after="0"/>
            </w:pPr>
            <w:r/>
            <w:r>
              <w:rPr>
                <w:rFonts w:ascii="Times New Roman" w:hAnsi="Times New Roman"/>
                <w:sz w:val="22"/>
              </w:rPr>
              <w:t>Bản sao thẻ bảo hiểm y tế</w:t>
            </w:r>
          </w:p>
        </w:tc>
        <w:tc>
          <w:tcPr>
            <w:tcW w:type="dxa" w:w="907"/>
          </w:tcPr>
          <w:p>
            <w:pPr>
              <w:spacing w:after="0"/>
            </w:pPr>
            <w:r/>
            <w:r>
              <w:rPr>
                <w:rFonts w:ascii="Times New Roman" w:hAnsi="Times New Roman"/>
                <w:sz w:val="22"/>
              </w:rPr>
              <w:t>01</w:t>
            </w:r>
          </w:p>
        </w:tc>
        <w:tc>
          <w:tcPr>
            <w:tcW w:type="dxa" w:w="4195"/>
          </w:tcPr>
          <w:p>
            <w:pPr>
              <w:spacing w:after="0"/>
            </w:pPr>
            <w:r/>
            <w:r>
              <w:rPr>
                <w:rFonts w:ascii="Times New Roman" w:hAnsi="Times New Roman"/>
                <w:sz w:val="22"/>
              </w:rPr>
              <w:t>Dùng để đối chiếu mã số bảo hiểm xã hội khi tham gia BHYT học sinh</w:t>
            </w:r>
          </w:p>
        </w:tc>
      </w:tr>
      <w:tr>
        <w:tc>
          <w:tcPr>
            <w:tcW w:type="dxa" w:w="567"/>
          </w:tcPr>
          <w:p>
            <w:pPr>
              <w:spacing w:after="0"/>
            </w:pPr>
            <w:r/>
            <w:r>
              <w:rPr>
                <w:rFonts w:ascii="Times New Roman" w:hAnsi="Times New Roman"/>
                <w:sz w:val="22"/>
              </w:rPr>
              <w:t>8</w:t>
            </w:r>
          </w:p>
        </w:tc>
        <w:tc>
          <w:tcPr>
            <w:tcW w:type="dxa" w:w="3402"/>
          </w:tcPr>
          <w:p>
            <w:pPr>
              <w:spacing w:after="0"/>
            </w:pPr>
            <w:r/>
            <w:r>
              <w:rPr>
                <w:rFonts w:ascii="Times New Roman" w:hAnsi="Times New Roman"/>
                <w:sz w:val="22"/>
              </w:rPr>
              <w:t>Giấy tờ chứng nhận đối tượng ưu tiên, miễn giảm (nếu có)</w:t>
            </w:r>
          </w:p>
        </w:tc>
        <w:tc>
          <w:tcPr>
            <w:tcW w:type="dxa" w:w="907"/>
          </w:tcPr>
          <w:p>
            <w:pPr>
              <w:spacing w:after="0"/>
            </w:pPr>
            <w:r/>
            <w:r>
              <w:rPr>
                <w:rFonts w:ascii="Times New Roman" w:hAnsi="Times New Roman"/>
                <w:sz w:val="22"/>
              </w:rPr>
              <w:t>01</w:t>
            </w:r>
          </w:p>
        </w:tc>
        <w:tc>
          <w:tcPr>
            <w:tcW w:type="dxa" w:w="4195"/>
          </w:tcPr>
          <w:p>
            <w:pPr>
              <w:spacing w:after="0"/>
            </w:pPr>
            <w:r/>
            <w:r>
              <w:rPr>
                <w:rFonts w:ascii="Times New Roman" w:hAnsi="Times New Roman"/>
                <w:sz w:val="22"/>
              </w:rPr>
              <w:t>Hộ nghèo, hộ cận nghèo, con thương binh, liệt sĩ, khuyết tật</w:t>
            </w:r>
          </w:p>
        </w:tc>
      </w:tr>
    </w:tbl>
    <w:p/>
    <w:p>
      <w:pPr>
        <w:spacing w:after="80"/>
        <w:ind w:firstLine="680"/>
        <w:jc w:val="both"/>
      </w:pPr>
      <w:r>
        <w:rPr>
          <w:rFonts w:ascii="Times New Roman" w:hAnsi="Times New Roman"/>
          <w:b w:val="0"/>
          <w:i/>
          <w:sz w:val="26"/>
        </w:rPr>
        <w:t>Lưu ý: Hồ sơ nhập học gồm Giấy báo trúng tuyển (bản chính); học bạ trung học cơ sở (bản chính); bằng tốt nghiệp trung học cơ sở hoặc giấy chứng nhận tốt nghiệp tạm thời; bản sao giấy khai sinh; 4 ảnh 3x4; giấy chuyển sinh hoạt Đoàn (nếu có); bản sao thẻ BHYT. Học sinh nộp hồ sơ trong túi hồ sơ do nhà trường phát, ghi đầy đủ thông tin mặt ngoài.</w:t>
      </w:r>
    </w:p>
    <w:p>
      <w:pPr>
        <w:spacing w:after="80"/>
      </w:pPr>
      <w:r>
        <w:rPr>
          <w:rFonts w:ascii="Times New Roman" w:hAnsi="Times New Roman"/>
          <w:b/>
          <w:i w:val="0"/>
          <w:sz w:val="26"/>
        </w:rPr>
        <w:t>II. THỜI GIAN, ĐỊA ĐIỂM LÀM THỦ TỤC NHẬP HỌC</w:t>
      </w:r>
    </w:p>
    <w:p>
      <w:pPr>
        <w:spacing w:after="80"/>
        <w:ind w:firstLine="680"/>
        <w:jc w:val="both"/>
      </w:pPr>
      <w:r>
        <w:rPr>
          <w:rFonts w:ascii="Times New Roman" w:hAnsi="Times New Roman"/>
          <w:b w:val="0"/>
          <w:i w:val="0"/>
          <w:sz w:val="26"/>
        </w:rPr>
        <w:t>Thời gian: ba ngày 01–03/8/2026, buổi sáng từ 7:30 đến 11:00. Địa điểm: Văn phòng Trường Trung học phổ thông Giả Định, số 148 đường Lê Lợi, phường Lê Lợi, TP. Giả.</w:t>
      </w:r>
    </w:p>
    <w:tbl>
      <w:tblPr>
        <w:tblStyle w:val="TableGrid"/>
        <w:tblW w:type="auto" w:w="0"/>
        <w:tblLook w:firstColumn="1" w:firstRow="1" w:lastColumn="0" w:lastRow="0" w:noHBand="0" w:noVBand="1" w:val="04A0"/>
      </w:tblPr>
      <w:tblGrid>
        <w:gridCol w:w="2268"/>
        <w:gridCol w:w="2268"/>
        <w:gridCol w:w="2268"/>
        <w:gridCol w:w="2268"/>
      </w:tblGrid>
      <w:tr>
        <w:tc>
          <w:tcPr>
            <w:tcW w:type="dxa" w:w="1361"/>
          </w:tcPr>
          <w:p>
            <w:pPr>
              <w:spacing w:after="0"/>
              <w:jc w:val="center"/>
            </w:pPr>
            <w:r/>
            <w:r>
              <w:rPr>
                <w:rFonts w:ascii="Times New Roman" w:hAnsi="Times New Roman"/>
                <w:b/>
                <w:sz w:val="22"/>
              </w:rPr>
              <w:t>Ngày</w:t>
            </w:r>
          </w:p>
        </w:tc>
        <w:tc>
          <w:tcPr>
            <w:tcW w:type="dxa" w:w="3969"/>
          </w:tcPr>
          <w:p>
            <w:pPr>
              <w:spacing w:after="0"/>
              <w:jc w:val="center"/>
            </w:pPr>
            <w:r/>
            <w:r>
              <w:rPr>
                <w:rFonts w:ascii="Times New Roman" w:hAnsi="Times New Roman"/>
                <w:b/>
                <w:sz w:val="22"/>
              </w:rPr>
              <w:t>Đối tượng</w:t>
            </w:r>
          </w:p>
        </w:tc>
        <w:tc>
          <w:tcPr>
            <w:tcW w:type="dxa" w:w="1474"/>
          </w:tcPr>
          <w:p>
            <w:pPr>
              <w:spacing w:after="0"/>
              <w:jc w:val="center"/>
            </w:pPr>
            <w:r/>
            <w:r>
              <w:rPr>
                <w:rFonts w:ascii="Times New Roman" w:hAnsi="Times New Roman"/>
                <w:b/>
                <w:sz w:val="22"/>
              </w:rPr>
              <w:t>Thời gian</w:t>
            </w:r>
          </w:p>
        </w:tc>
        <w:tc>
          <w:tcPr>
            <w:tcW w:type="dxa" w:w="2268"/>
          </w:tcPr>
          <w:p>
            <w:pPr>
              <w:spacing w:after="0"/>
              <w:jc w:val="center"/>
            </w:pPr>
            <w:r/>
            <w:r>
              <w:rPr>
                <w:rFonts w:ascii="Times New Roman" w:hAnsi="Times New Roman"/>
                <w:b/>
                <w:sz w:val="22"/>
              </w:rPr>
              <w:t>Bộ phận tiếp nhận</w:t>
            </w:r>
          </w:p>
        </w:tc>
      </w:tr>
      <w:tr>
        <w:tc>
          <w:tcPr>
            <w:tcW w:type="dxa" w:w="1361"/>
          </w:tcPr>
          <w:p>
            <w:pPr>
              <w:spacing w:after="0"/>
            </w:pPr>
            <w:r/>
            <w:r>
              <w:rPr>
                <w:rFonts w:ascii="Times New Roman" w:hAnsi="Times New Roman"/>
                <w:sz w:val="22"/>
              </w:rPr>
              <w:t>01/8/2026</w:t>
            </w:r>
          </w:p>
        </w:tc>
        <w:tc>
          <w:tcPr>
            <w:tcW w:type="dxa" w:w="3969"/>
          </w:tcPr>
          <w:p>
            <w:pPr>
              <w:spacing w:after="0"/>
            </w:pPr>
            <w:r/>
            <w:r>
              <w:rPr>
                <w:rFonts w:ascii="Times New Roman" w:hAnsi="Times New Roman"/>
                <w:sz w:val="22"/>
              </w:rPr>
              <w:t>Học sinh có họ bắt đầu bằng chữ cái A - H</w:t>
            </w:r>
          </w:p>
        </w:tc>
        <w:tc>
          <w:tcPr>
            <w:tcW w:type="dxa" w:w="1474"/>
          </w:tcPr>
          <w:p>
            <w:pPr>
              <w:spacing w:after="0"/>
            </w:pPr>
            <w:r/>
            <w:r>
              <w:rPr>
                <w:rFonts w:ascii="Times New Roman" w:hAnsi="Times New Roman"/>
                <w:sz w:val="22"/>
              </w:rPr>
              <w:t>7:30 - 11:00</w:t>
            </w:r>
          </w:p>
        </w:tc>
        <w:tc>
          <w:tcPr>
            <w:tcW w:type="dxa" w:w="2268"/>
          </w:tcPr>
          <w:p>
            <w:pPr>
              <w:spacing w:after="0"/>
            </w:pPr>
            <w:r/>
            <w:r>
              <w:rPr>
                <w:rFonts w:ascii="Times New Roman" w:hAnsi="Times New Roman"/>
                <w:sz w:val="22"/>
              </w:rPr>
              <w:t>Bàn số 1, 2 - Văn phòng</w:t>
            </w:r>
          </w:p>
        </w:tc>
      </w:tr>
      <w:tr>
        <w:tc>
          <w:tcPr>
            <w:tcW w:type="dxa" w:w="1361"/>
          </w:tcPr>
          <w:p>
            <w:pPr>
              <w:spacing w:after="0"/>
            </w:pPr>
            <w:r/>
            <w:r>
              <w:rPr>
                <w:rFonts w:ascii="Times New Roman" w:hAnsi="Times New Roman"/>
                <w:sz w:val="22"/>
              </w:rPr>
              <w:t>02/8/2026</w:t>
            </w:r>
          </w:p>
        </w:tc>
        <w:tc>
          <w:tcPr>
            <w:tcW w:type="dxa" w:w="3969"/>
          </w:tcPr>
          <w:p>
            <w:pPr>
              <w:spacing w:after="0"/>
            </w:pPr>
            <w:r/>
            <w:r>
              <w:rPr>
                <w:rFonts w:ascii="Times New Roman" w:hAnsi="Times New Roman"/>
                <w:sz w:val="22"/>
              </w:rPr>
              <w:t>Học sinh có họ bắt đầu bằng chữ cái I - Q</w:t>
            </w:r>
          </w:p>
        </w:tc>
        <w:tc>
          <w:tcPr>
            <w:tcW w:type="dxa" w:w="1474"/>
          </w:tcPr>
          <w:p>
            <w:pPr>
              <w:spacing w:after="0"/>
            </w:pPr>
            <w:r/>
            <w:r>
              <w:rPr>
                <w:rFonts w:ascii="Times New Roman" w:hAnsi="Times New Roman"/>
                <w:sz w:val="22"/>
              </w:rPr>
              <w:t>7:30 - 11:00</w:t>
            </w:r>
          </w:p>
        </w:tc>
        <w:tc>
          <w:tcPr>
            <w:tcW w:type="dxa" w:w="2268"/>
          </w:tcPr>
          <w:p>
            <w:pPr>
              <w:spacing w:after="0"/>
            </w:pPr>
            <w:r/>
            <w:r>
              <w:rPr>
                <w:rFonts w:ascii="Times New Roman" w:hAnsi="Times New Roman"/>
                <w:sz w:val="22"/>
              </w:rPr>
              <w:t>Bàn số 1, 2 - Văn phòng</w:t>
            </w:r>
          </w:p>
        </w:tc>
      </w:tr>
      <w:tr>
        <w:tc>
          <w:tcPr>
            <w:tcW w:type="dxa" w:w="1361"/>
          </w:tcPr>
          <w:p>
            <w:pPr>
              <w:spacing w:after="0"/>
            </w:pPr>
            <w:r/>
            <w:r>
              <w:rPr>
                <w:rFonts w:ascii="Times New Roman" w:hAnsi="Times New Roman"/>
                <w:sz w:val="22"/>
              </w:rPr>
              <w:t>03/8/2026</w:t>
            </w:r>
          </w:p>
        </w:tc>
        <w:tc>
          <w:tcPr>
            <w:tcW w:type="dxa" w:w="3969"/>
          </w:tcPr>
          <w:p>
            <w:pPr>
              <w:spacing w:after="0"/>
            </w:pPr>
            <w:r/>
            <w:r>
              <w:rPr>
                <w:rFonts w:ascii="Times New Roman" w:hAnsi="Times New Roman"/>
                <w:sz w:val="22"/>
              </w:rPr>
              <w:t>Học sinh có họ bắt đầu bằng chữ cái R - Y và các trường hợp còn lại</w:t>
            </w:r>
          </w:p>
        </w:tc>
        <w:tc>
          <w:tcPr>
            <w:tcW w:type="dxa" w:w="1474"/>
          </w:tcPr>
          <w:p>
            <w:pPr>
              <w:spacing w:after="0"/>
            </w:pPr>
            <w:r/>
            <w:r>
              <w:rPr>
                <w:rFonts w:ascii="Times New Roman" w:hAnsi="Times New Roman"/>
                <w:sz w:val="22"/>
              </w:rPr>
              <w:t>7:30 - 11:00</w:t>
            </w:r>
          </w:p>
        </w:tc>
        <w:tc>
          <w:tcPr>
            <w:tcW w:type="dxa" w:w="2268"/>
          </w:tcPr>
          <w:p>
            <w:pPr>
              <w:spacing w:after="0"/>
            </w:pPr>
            <w:r/>
            <w:r>
              <w:rPr>
                <w:rFonts w:ascii="Times New Roman" w:hAnsi="Times New Roman"/>
                <w:sz w:val="22"/>
              </w:rPr>
              <w:t>Bàn số 3 - Văn phòng</w:t>
            </w:r>
          </w:p>
        </w:tc>
      </w:tr>
    </w:tbl>
    <w:p/>
    <w:p>
      <w:pPr>
        <w:spacing w:after="80"/>
      </w:pPr>
      <w:r>
        <w:rPr>
          <w:rFonts w:ascii="Times New Roman" w:hAnsi="Times New Roman"/>
          <w:b/>
          <w:i w:val="0"/>
          <w:sz w:val="26"/>
        </w:rPr>
        <w:t>III. CÁC BƯỚC THỰC HIỆN</w:t>
      </w:r>
    </w:p>
    <w:p>
      <w:pPr>
        <w:spacing w:after="80"/>
        <w:ind w:firstLine="680"/>
        <w:jc w:val="both"/>
      </w:pPr>
      <w:r>
        <w:rPr>
          <w:rFonts w:ascii="Times New Roman" w:hAnsi="Times New Roman"/>
          <w:b w:val="0"/>
          <w:i w:val="0"/>
          <w:sz w:val="26"/>
        </w:rPr>
        <w:t>Bước 1: Nộp hồ sơ tại bàn tiếp nhận, cán bộ văn phòng kiểm tra và ký xác nhận vào Phiếu tiếp nhận hồ sơ.</w:t>
      </w:r>
    </w:p>
    <w:p>
      <w:pPr>
        <w:spacing w:after="80"/>
        <w:ind w:firstLine="680"/>
        <w:jc w:val="both"/>
      </w:pPr>
      <w:r>
        <w:rPr>
          <w:rFonts w:ascii="Times New Roman" w:hAnsi="Times New Roman"/>
          <w:b w:val="0"/>
          <w:i w:val="0"/>
          <w:sz w:val="26"/>
        </w:rPr>
        <w:t>Bước 2: Điền Đơn xin nhập học (theo mẫu tại mục IV) và Phiếu đăng ký tổ hợp môn học lựa chọn.</w:t>
      </w:r>
    </w:p>
    <w:p>
      <w:pPr>
        <w:spacing w:after="80"/>
        <w:ind w:firstLine="680"/>
        <w:jc w:val="both"/>
      </w:pPr>
      <w:r>
        <w:rPr>
          <w:rFonts w:ascii="Times New Roman" w:hAnsi="Times New Roman"/>
          <w:b w:val="0"/>
          <w:i w:val="0"/>
          <w:sz w:val="26"/>
        </w:rPr>
        <w:t>Bước 3: Kê khai Phiếu thông tin học sinh và thông tin liên lạc của cha mẹ học sinh (số điện thoại, Zalo) để nhà trường lập nhóm lớp.</w:t>
      </w:r>
    </w:p>
    <w:p>
      <w:pPr>
        <w:spacing w:after="80"/>
        <w:ind w:firstLine="680"/>
        <w:jc w:val="both"/>
      </w:pPr>
      <w:r>
        <w:rPr>
          <w:rFonts w:ascii="Times New Roman" w:hAnsi="Times New Roman"/>
          <w:b w:val="0"/>
          <w:i w:val="0"/>
          <w:sz w:val="26"/>
        </w:rPr>
        <w:t>Bước 4: Nhận Giấy xác nhận nhập học, lịch tựu trường và bảng phân công lớp dự kiến.</w:t>
      </w:r>
    </w:p>
    <w:p>
      <w:pPr>
        <w:spacing w:after="80"/>
        <w:ind w:firstLine="680"/>
        <w:jc w:val="both"/>
      </w:pPr>
      <w:r>
        <w:rPr>
          <w:rFonts w:ascii="Times New Roman" w:hAnsi="Times New Roman"/>
          <w:b w:val="0"/>
          <w:i w:val="0"/>
          <w:sz w:val="26"/>
        </w:rPr>
        <w:t>Bước 5: Đăng ký đồng phục, sách giáo khoa (nếu có nhu cầu) tại bàn số 4.</w:t>
      </w:r>
    </w:p>
    <w:p>
      <w:pPr>
        <w:spacing w:after="80"/>
        <w:ind w:firstLine="680"/>
        <w:jc w:val="both"/>
      </w:pPr>
      <w:r>
        <w:rPr>
          <w:rFonts w:ascii="Times New Roman" w:hAnsi="Times New Roman"/>
          <w:b w:val="0"/>
          <w:i/>
          <w:sz w:val="26"/>
        </w:rPr>
        <w:t>Các khoản thu đầu năm học 2026-2027 được nhà trường thông báo theo thông báo riêng, không thu tại thời điểm làm thủ tục nhập học.</w:t>
      </w:r>
    </w:p>
    <w:p>
      <w:pPr>
        <w:spacing w:after="80"/>
      </w:pPr>
      <w:r>
        <w:rPr>
          <w:rFonts w:ascii="Times New Roman" w:hAnsi="Times New Roman"/>
          <w:b/>
          <w:i w:val="0"/>
          <w:sz w:val="26"/>
        </w:rPr>
        <w:t>IV. MẪU ĐƠN XIN NHẬP HỌC</w:t>
      </w:r>
    </w:p>
    <w:p>
      <w:pPr>
        <w:spacing w:after="80"/>
        <w:jc w:val="center"/>
      </w:pPr>
      <w:r>
        <w:rPr>
          <w:rFonts w:ascii="Times New Roman" w:hAnsi="Times New Roman"/>
          <w:b/>
          <w:i w:val="0"/>
          <w:sz w:val="24"/>
        </w:rPr>
        <w:t>CỘNG HÒA XÃ HỘI CHỦ NGHĨA VIỆT NAM</w:t>
      </w:r>
    </w:p>
    <w:p>
      <w:pPr>
        <w:spacing w:after="80"/>
        <w:jc w:val="center"/>
      </w:pPr>
      <w:r>
        <w:rPr>
          <w:rFonts w:ascii="Times New Roman" w:hAnsi="Times New Roman"/>
          <w:b/>
          <w:i w:val="0"/>
          <w:sz w:val="26"/>
        </w:rPr>
        <w:t>Độc lập - Tự do - Hạnh phúc</w:t>
      </w:r>
    </w:p>
    <w:p>
      <w:pPr>
        <w:spacing w:after="80"/>
        <w:jc w:val="center"/>
      </w:pPr>
      <w:r>
        <w:rPr>
          <w:rFonts w:ascii="Times New Roman" w:hAnsi="Times New Roman"/>
          <w:b w:val="0"/>
          <w:i w:val="0"/>
          <w:sz w:val="22"/>
        </w:rPr>
        <w:t>________________________</w:t>
      </w:r>
    </w:p>
    <w:p>
      <w:pPr>
        <w:spacing w:after="80"/>
        <w:jc w:val="center"/>
      </w:pPr>
      <w:r>
        <w:rPr>
          <w:rFonts w:ascii="Times New Roman" w:hAnsi="Times New Roman"/>
          <w:b/>
          <w:i w:val="0"/>
          <w:sz w:val="26"/>
        </w:rPr>
        <w:t>ĐƠN XIN NHẬP HỌC LỚP 10</w:t>
      </w:r>
    </w:p>
    <w:p>
      <w:pPr>
        <w:spacing w:after="80"/>
        <w:jc w:val="center"/>
      </w:pPr>
      <w:r>
        <w:rPr>
          <w:rFonts w:ascii="Times New Roman" w:hAnsi="Times New Roman"/>
          <w:b w:val="0"/>
          <w:i/>
          <w:sz w:val="24"/>
        </w:rPr>
        <w:t>Năm học 2026-2027</w:t>
      </w:r>
    </w:p>
    <w:p>
      <w:pPr>
        <w:spacing w:after="80"/>
        <w:jc w:val="center"/>
      </w:pPr>
      <w:r>
        <w:rPr>
          <w:rFonts w:ascii="Times New Roman" w:hAnsi="Times New Roman"/>
          <w:b w:val="0"/>
          <w:i w:val="0"/>
          <w:sz w:val="26"/>
        </w:rPr>
        <w:t>Kính gửi: Hiệu trưởng Trường Trung học phổ thông Giả Định</w:t>
      </w:r>
    </w:p>
    <w:p>
      <w:pPr>
        <w:spacing w:after="160"/>
        <w:jc w:val="both"/>
      </w:pPr>
      <w:r>
        <w:rPr>
          <w:rFonts w:ascii="Times New Roman" w:hAnsi="Times New Roman"/>
          <w:b w:val="0"/>
          <w:i w:val="0"/>
          <w:sz w:val="24"/>
        </w:rPr>
        <w:t>Họ và tên học sinh: ...................................................  Nam/Nữ: ..........</w:t>
      </w:r>
    </w:p>
    <w:p>
      <w:pPr>
        <w:spacing w:after="160"/>
        <w:jc w:val="both"/>
      </w:pPr>
      <w:r>
        <w:rPr>
          <w:rFonts w:ascii="Times New Roman" w:hAnsi="Times New Roman"/>
          <w:b w:val="0"/>
          <w:i w:val="0"/>
          <w:sz w:val="24"/>
        </w:rPr>
        <w:t>Ngày, tháng, năm sinh: ......./......./..........  Nơi sinh: ..............................</w:t>
      </w:r>
    </w:p>
    <w:p>
      <w:pPr>
        <w:spacing w:after="160"/>
        <w:jc w:val="both"/>
      </w:pPr>
      <w:r>
        <w:rPr>
          <w:rFonts w:ascii="Times New Roman" w:hAnsi="Times New Roman"/>
          <w:b w:val="0"/>
          <w:i w:val="0"/>
          <w:sz w:val="24"/>
        </w:rPr>
        <w:t>Số định danh cá nhân: ...............................................</w:t>
      </w:r>
    </w:p>
    <w:p>
      <w:pPr>
        <w:spacing w:after="160"/>
        <w:jc w:val="both"/>
      </w:pPr>
      <w:r>
        <w:rPr>
          <w:rFonts w:ascii="Times New Roman" w:hAnsi="Times New Roman"/>
          <w:b w:val="0"/>
          <w:i w:val="0"/>
          <w:sz w:val="24"/>
        </w:rPr>
        <w:t>Nơi cư trú: .................................................. phường/xã: ..................</w:t>
      </w:r>
    </w:p>
    <w:p>
      <w:pPr>
        <w:spacing w:after="160"/>
        <w:jc w:val="both"/>
      </w:pPr>
      <w:r>
        <w:rPr>
          <w:rFonts w:ascii="Times New Roman" w:hAnsi="Times New Roman"/>
          <w:b w:val="0"/>
          <w:i w:val="0"/>
          <w:sz w:val="24"/>
        </w:rPr>
        <w:t>Đã tốt nghiệp trung học cơ sở tại Trường: ..............................  Năm: ..........</w:t>
      </w:r>
    </w:p>
    <w:p>
      <w:pPr>
        <w:spacing w:after="160"/>
        <w:jc w:val="both"/>
      </w:pPr>
      <w:r>
        <w:rPr>
          <w:rFonts w:ascii="Times New Roman" w:hAnsi="Times New Roman"/>
          <w:b w:val="0"/>
          <w:i w:val="0"/>
          <w:sz w:val="24"/>
        </w:rPr>
        <w:t>Điểm xét tuyển vào lớp 10: .............. điểm. Số báo danh: ..............</w:t>
      </w:r>
    </w:p>
    <w:p>
      <w:pPr>
        <w:spacing w:after="160"/>
        <w:jc w:val="both"/>
      </w:pPr>
      <w:r>
        <w:rPr>
          <w:rFonts w:ascii="Times New Roman" w:hAnsi="Times New Roman"/>
          <w:b w:val="0"/>
          <w:i w:val="0"/>
          <w:sz w:val="24"/>
        </w:rPr>
        <w:t>Đăng ký tổ hợp môn học lựa chọn (ghi rõ Tổ hợp 1/2/3/4): ...............</w:t>
      </w:r>
    </w:p>
    <w:p>
      <w:pPr>
        <w:spacing w:after="160"/>
        <w:jc w:val="both"/>
      </w:pPr>
      <w:r>
        <w:rPr>
          <w:rFonts w:ascii="Times New Roman" w:hAnsi="Times New Roman"/>
          <w:b w:val="0"/>
          <w:i w:val="0"/>
          <w:sz w:val="24"/>
        </w:rPr>
        <w:t>Họ và tên cha: ...................................... Điện thoại: ......................</w:t>
      </w:r>
    </w:p>
    <w:p>
      <w:pPr>
        <w:spacing w:after="160"/>
        <w:jc w:val="both"/>
      </w:pPr>
      <w:r>
        <w:rPr>
          <w:rFonts w:ascii="Times New Roman" w:hAnsi="Times New Roman"/>
          <w:b w:val="0"/>
          <w:i w:val="0"/>
          <w:sz w:val="24"/>
        </w:rPr>
        <w:t>Họ và tên mẹ: ...................................... Điện thoại: ......................</w:t>
      </w:r>
    </w:p>
    <w:p>
      <w:pPr>
        <w:spacing w:after="160"/>
        <w:jc w:val="both"/>
      </w:pPr>
      <w:r>
        <w:rPr>
          <w:rFonts w:ascii="Times New Roman" w:hAnsi="Times New Roman"/>
          <w:b w:val="0"/>
          <w:i w:val="0"/>
          <w:sz w:val="24"/>
        </w:rPr>
        <w:t>Diện ưu tiên, miễn giảm (nếu có): .......................................</w:t>
      </w:r>
    </w:p>
    <w:p>
      <w:pPr>
        <w:spacing w:after="80"/>
        <w:ind w:firstLine="680"/>
        <w:jc w:val="both"/>
      </w:pPr>
      <w:r>
        <w:rPr>
          <w:rFonts w:ascii="Times New Roman" w:hAnsi="Times New Roman"/>
          <w:b w:val="0"/>
          <w:i w:val="0"/>
          <w:sz w:val="24"/>
        </w:rPr>
        <w:t>Em xin cam đoan những thông tin trên là đúng sự thật và xin chấp hành đầy đủ Nội quy học sinh của nhà trường.</w:t>
      </w:r>
    </w:p>
    <w:p>
      <w:pPr>
        <w:spacing w:after="80"/>
        <w:jc w:val="right"/>
      </w:pPr>
      <w:r>
        <w:rPr>
          <w:rFonts w:ascii="Times New Roman" w:hAnsi="Times New Roman"/>
          <w:b w:val="0"/>
          <w:i/>
          <w:sz w:val="24"/>
        </w:rPr>
        <w:t>TP. Giả, ngày ...... tháng ...... năm 2026</w:t>
      </w:r>
    </w:p>
    <w:tbl>
      <w:tblPr>
        <w:tblStyle w:val="TableGrid"/>
        <w:tblW w:type="auto" w:w="0"/>
        <w:tblLook w:firstColumn="1" w:firstRow="1" w:lastColumn="0" w:lastRow="0" w:noHBand="0" w:noVBand="1" w:val="04A0"/>
      </w:tblPr>
      <w:tblGrid>
        <w:gridCol w:w="4535"/>
        <w:gridCol w:w="4535"/>
      </w:tblGrid>
      <w:tr>
        <w:tc>
          <w:tcPr>
            <w:tcW w:type="dxa" w:w="4535"/>
          </w:tcPr>
          <w:p>
            <w:pPr>
              <w:spacing w:after="0"/>
              <w:jc w:val="center"/>
            </w:pPr>
            <w:r/>
            <w:r>
              <w:rPr>
                <w:rFonts w:ascii="Times New Roman" w:hAnsi="Times New Roman"/>
                <w:b/>
                <w:sz w:val="24"/>
              </w:rPr>
              <w:t>CHA (MẸ) HỌC SINH</w:t>
              <w:br/>
              <w:t>(Ký, ghi rõ họ tên)</w:t>
            </w:r>
          </w:p>
        </w:tc>
        <w:tc>
          <w:tcPr>
            <w:tcW w:type="dxa" w:w="4535"/>
          </w:tcPr>
          <w:p>
            <w:pPr>
              <w:spacing w:after="0"/>
              <w:jc w:val="center"/>
            </w:pPr>
            <w:r/>
            <w:r>
              <w:rPr>
                <w:rFonts w:ascii="Times New Roman" w:hAnsi="Times New Roman"/>
                <w:b/>
                <w:sz w:val="24"/>
              </w:rPr>
              <w:t>HỌC SINH</w:t>
              <w:br/>
              <w:t>(Ký, ghi rõ họ tên)</w:t>
            </w:r>
          </w:p>
        </w:tc>
      </w:tr>
    </w:tbl>
    <w:p/>
    <w:p>
      <w:pPr>
        <w:spacing w:after="80"/>
        <w:ind w:firstLine="680"/>
        <w:jc w:val="both"/>
      </w:pPr>
      <w:r>
        <w:rPr>
          <w:rFonts w:ascii="Times New Roman" w:hAnsi="Times New Roman"/>
          <w:b w:val="0"/>
          <w:i/>
          <w:sz w:val="24"/>
        </w:rPr>
        <w:t>Mọi vướng mắc, cha mẹ học sinh liên hệ Văn phòng nhà trường: 0238.3.855.148 (máy lẻ 101) hoặc c3giadinh@tpgia.edu.vn./.</w:t>
      </w:r>
    </w:p>
    <w:p/>
    <w:tbl>
      <w:tblPr>
        <w:tblW w:type="auto" w:w="0"/>
        <w:tblLayout w:type="fixed"/>
        <w:tblLook w:firstColumn="1" w:firstRow="1" w:lastColumn="0" w:lastRow="0" w:noHBand="0" w:noVBand="1" w:val="04A0"/>
      </w:tblPr>
      <w:tblGrid>
        <w:gridCol w:w="4989"/>
        <w:gridCol w:w="4082"/>
      </w:tblGrid>
      <w:tr>
        <w:tc>
          <w:tcPr>
            <w:tcW w:type="dxa" w:w="4535"/>
          </w:tcPr>
          <w:p>
            <w:r/>
            <w:r>
              <w:rPr>
                <w:b/>
                <w:i/>
                <w:sz w:val="23"/>
              </w:rPr>
              <w:t>Nơi nhận:</w:t>
            </w:r>
          </w:p>
          <w:p>
            <w:pPr>
              <w:spacing w:after="0"/>
            </w:pPr>
            <w:r>
              <w:rPr>
                <w:sz w:val="22"/>
              </w:rPr>
              <w:t>- Ban Giám hiệu;</w:t>
            </w:r>
          </w:p>
          <w:p>
            <w:pPr>
              <w:spacing w:after="0"/>
            </w:pPr>
            <w:r>
              <w:rPr>
                <w:sz w:val="22"/>
              </w:rPr>
              <w:t>- Giáo viên chủ nhiệm lớp 10;</w:t>
            </w:r>
          </w:p>
          <w:p>
            <w:pPr>
              <w:spacing w:after="0"/>
            </w:pPr>
            <w:r>
              <w:rPr>
                <w:sz w:val="22"/>
              </w:rPr>
              <w:t>- Website nhà trường;</w:t>
            </w:r>
          </w:p>
          <w:p>
            <w:pPr>
              <w:spacing w:after="0"/>
            </w:pPr>
            <w:r>
              <w:rPr>
                <w:sz w:val="22"/>
              </w:rPr>
              <w:t>- Lưu: VT;</w:t>
            </w:r>
          </w:p>
        </w:tc>
        <w:tc>
          <w:tcPr>
            <w:tcW w:type="dxa" w:w="4535"/>
          </w:tcPr>
          <w:p>
            <w:pPr>
              <w:spacing w:after="0"/>
              <w:jc w:val="center"/>
            </w:pPr>
            <w:r/>
            <w:r>
              <w:rPr>
                <w:b/>
                <w:sz w:val="25"/>
              </w:rPr>
              <w:t>TL. HIỆU TRƯỞNG</w:t>
            </w:r>
          </w:p>
          <w:p>
            <w:pPr>
              <w:spacing w:after="0"/>
              <w:jc w:val="center"/>
            </w:pPr>
            <w:r>
              <w:rPr>
                <w:b/>
                <w:sz w:val="25"/>
              </w:rPr>
              <w:t>PHÓ HIỆU TRƯỞNG</w:t>
            </w:r>
          </w:p>
          <w:p>
            <w:pPr>
              <w:jc w:val="center"/>
            </w:pPr>
            <w:r>
              <w:rPr>
                <w:i/>
                <w:sz w:val="24"/>
              </w:rPr>
              <w:t>(Đã ký)</w:t>
            </w:r>
          </w:p>
          <w:p/>
          <w:p/>
          <w:p>
            <w:pPr>
              <w:jc w:val="center"/>
            </w:pPr>
            <w:r>
              <w:rPr>
                <w:b/>
                <w:sz w:val="26"/>
              </w:rPr>
              <w:t>Hoàng Văn Sơn</w:t>
            </w:r>
          </w:p>
        </w:tc>
      </w:tr>
    </w:tbl>
    <w:sectPr w:rsidR="00FC693F" w:rsidRPr="0006063C" w:rsidSect="00034616">
      <w:pgSz w:w="11906" w:h="16838"/>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cs="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